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🧠 כרטיסי סיכום – בלשי השורש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כרטיס לכל יחידה. אפשר לגזור ולהדביק במחברת.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🕵️ שיטת הבלש: איך מוצאים שורש חסר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„הוא אתמול” ← בניין ← השמטת מוספיות ← ספירה ← החלטה.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2 אותיות + דגש ← חסרה נ׳ בהתחלה (פ״נ).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2 אותיות בלי דגש ← חסרה י/ו באמצע (ע״ו/י).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ה׳ בסוף „הוא אתמול” ← ל״ה/י.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ו׳/י׳ שלא נשמעת בהתחלה ← פ״י/ו.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🔍 דוגמה: הִפְנָה ← „הוא אתמול” הִפְנָה ← הפעיל ← שורש פ־נ־י/ה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🔵 גזרת ל״ה/י – ה׳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ל״ה/י = האות האחרונה בשורש ה׳/י׳ נחה.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בסוף מילה ה׳, באמצע מילה י׳.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„הוא אתמול” מסתיים ב־ָה; שם הפועל ב־וֹת.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הּ במפיק – לא ל״ה/י (גָּבַהּ, תָּמַהּ).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🔍 דוגמה: הִפְנָה ← „הוא אתמול” הִפְנָה ← הפעיל ← שורש פ־נ־י/ה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🟢 גזרת פ״י/ו – האות הראשונה נחה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פ״י/ו = האות הראשונה בשורש י׳/ו׳ נחה.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הפעיל: הוֹ־ (וחמישה שורשים: הֵי־).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נפעל: נוֹ־. הופעל: הוּ־ ← מעבירים להפעיל.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עתיד קל: חיריק מלא (אִישַׁן).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🔍 דוגמה: הוֹבִיל ← „הוא אתמול” הוֹבִיל ← הפעיל ← שורש י/ו־ב־ל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🟠 גזרת ע״ו/י – האות האמצעית נחה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ע״ו/י = האות האמצעית בשורש ו׳/י׳ נחה או נעלמת.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2 אותיות בעבר/הווה ← קל, ע״ו/י.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נפעל: נָסוֹג; הפעיל: הֵקִים; הופעל: הוּקַם.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פּוֹלֵל: עוֹרֵר, הִתְעוֹרֵר – האות האחרונה כפולה.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🔍 דוגמה: שָׁרָה ← „הוא אתמול” שָׁר ← קל ← שורש ש־י/ו־ר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🟣 להשוואה: חסרי פ״נ – הנ׳ שנבלעת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פ״נ = הנ׳ הראשונה נבלעת ומשאירה דגש.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2 אותיות + דגש ← נ׳ בהתחלה.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2 אותיות בלי דגש ← י/ו באמצע (ע״ו/י).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🔍 דוגמה: הִפִּילָה ← „הוא אתמול” הִפִּיל ← הפעיל ← שורש נ־פ־ל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🧩 מסכם: כל הגזרות יחד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5 צעדים: „הוא אתמול”, בניין, מוספיות, ספירה, החלטה.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4 גזרות: ל״ה/י, פ״י/ו, ע״ו/י, ופ״נ להשוואה.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🔍 דוגמה: יִקְנוּ ← „הוא אתמול” קָנָה ← קל ← שורש ק־נ־י/ה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📖 מילון מושגים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מושג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סמל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root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verb class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verb pattern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added letters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silent letter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dot inside a letter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past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present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future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„הוא אתמול”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🕰️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הצורה: עבר, הוא – למשל קָם, הֵקִים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past, he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שם הפועל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🏁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צורה עם ל׳: לִקְנוֹת, לָקוּם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infinitive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ניקוד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✏️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סימנים מתחת ומעל לאותיות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vowel marks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יצרה: רוית ראש בן ישי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כרטיסי סיכום – בלשי השורש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